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施工管理の職務経歴書</w:t>
      </w:r>
    </w:p>
    <w:p>
      <w:r>
        <w:t>作成日　［年月日］　　氏名　［氏名］</w:t>
      </w:r>
    </w:p>
    <w:p>
      <w:r>
        <w:t>応募先の仕事内容に関係する経験を、担当した工事と自分の役割に分けて記入してください。採用企業の指定様式がある場合は、そちらを優先します。</w:t>
      </w:r>
    </w:p>
    <w:p>
      <w:pPr>
        <w:pStyle w:val="Heading1"/>
      </w:pPr>
      <w:r>
        <w:t>職務要約</w:t>
      </w:r>
    </w:p>
    <w:p>
      <w:r>
        <w:t>［経験した工種・年数・役割と、応募先で活かしたい経験を簡潔に記入］</w:t>
      </w:r>
    </w:p>
    <w:p>
      <w:pPr>
        <w:pStyle w:val="Heading1"/>
      </w:pPr>
      <w:r>
        <w:t>在籍歴</w:t>
      </w:r>
    </w:p>
    <w:p>
      <w:r>
        <w:t>［会社名／在籍期間／雇用形態／所属・役職］</w:t>
      </w:r>
    </w:p>
    <w:p>
      <w:r>
        <w:t>派遣の場合は、雇用主の在籍期間と配属先での業務を分けて記入してください。</w:t>
      </w:r>
    </w:p>
    <w:p>
      <w:pPr>
        <w:pStyle w:val="Heading1"/>
      </w:pPr>
      <w:r>
        <w:t>工事実績と担当範囲</w:t>
      </w:r>
    </w:p>
    <w:tbl>
      <w:tblPr>
        <w:tblStyle w:val="TableGrid"/>
        <w:tblW w:type="auto" w:w="0"/>
        <w:tblLayout w:type="fixed"/>
        <w:tblLook w:firstColumn="1" w:firstRow="1" w:lastColumn="0" w:lastRow="0" w:noHBand="0" w:noVBand="1" w:val="04A0"/>
      </w:tblPr>
      <w:tblGrid>
        <w:gridCol w:w="2268"/>
        <w:gridCol w:w="7370"/>
      </w:tblGrid>
      <w:tr>
        <w:trPr>
          <w:cantSplit/>
        </w:trPr>
        <w:tc>
          <w:tcPr>
            <w:tcW w:type="dxa" w:w="2268"/>
            <w:vAlign w:val="center"/>
          </w:tcPr>
          <w:p>
            <w:r>
              <w:rPr>
                <w:b/>
              </w:rPr>
              <w:t>工事・構造</w:t>
            </w:r>
          </w:p>
        </w:tc>
        <w:tc>
          <w:tcPr>
            <w:tcW w:type="dxa" w:w="7370"/>
            <w:vAlign w:val="center"/>
          </w:tcPr>
          <w:p>
            <w:r>
              <w:t>［新築・改修等の工種／RC・S・木造等の構造］</w:t>
            </w:r>
          </w:p>
        </w:tc>
      </w:tr>
      <w:tr>
        <w:trPr>
          <w:cantSplit/>
        </w:trPr>
        <w:tc>
          <w:tcPr>
            <w:tcW w:type="dxa" w:w="2268"/>
            <w:vAlign w:val="center"/>
          </w:tcPr>
          <w:p>
            <w:r>
              <w:rPr>
                <w:b/>
              </w:rPr>
              <w:t>規模・工期</w:t>
            </w:r>
          </w:p>
        </w:tc>
        <w:tc>
          <w:tcPr>
            <w:tcW w:type="dxa" w:w="7370"/>
            <w:vAlign w:val="center"/>
          </w:tcPr>
          <w:p>
            <w:r>
              <w:t>［階数・面積等／年月〜年月］</w:t>
            </w:r>
          </w:p>
        </w:tc>
      </w:tr>
      <w:tr>
        <w:trPr>
          <w:cantSplit/>
        </w:trPr>
        <w:tc>
          <w:tcPr>
            <w:tcW w:type="dxa" w:w="2268"/>
            <w:vAlign w:val="center"/>
          </w:tcPr>
          <w:p>
            <w:r>
              <w:rPr>
                <w:b/>
              </w:rPr>
              <w:t>立場・担当人数</w:t>
            </w:r>
          </w:p>
        </w:tc>
        <w:tc>
          <w:tcPr>
            <w:tcW w:type="dxa" w:w="7370"/>
            <w:vAlign w:val="center"/>
          </w:tcPr>
          <w:p>
            <w:r>
              <w:t>［本人の役割／役職／チーム人数］</w:t>
            </w:r>
          </w:p>
        </w:tc>
      </w:tr>
      <w:tr>
        <w:trPr>
          <w:cantSplit/>
        </w:trPr>
        <w:tc>
          <w:tcPr>
            <w:tcW w:type="dxa" w:w="2268"/>
            <w:vAlign w:val="center"/>
          </w:tcPr>
          <w:p>
            <w:r>
              <w:rPr>
                <w:b/>
              </w:rPr>
              <w:t>工程管理</w:t>
            </w:r>
          </w:p>
        </w:tc>
        <w:tc>
          <w:tcPr>
            <w:tcW w:type="dxa" w:w="7370"/>
            <w:vAlign w:val="center"/>
          </w:tcPr>
          <w:p>
            <w:r>
              <w:t>［担当した仕事と自分の判断範囲］</w:t>
            </w:r>
          </w:p>
        </w:tc>
      </w:tr>
      <w:tr>
        <w:trPr>
          <w:cantSplit/>
        </w:trPr>
        <w:tc>
          <w:tcPr>
            <w:tcW w:type="dxa" w:w="2268"/>
            <w:vAlign w:val="center"/>
          </w:tcPr>
          <w:p>
            <w:r>
              <w:rPr>
                <w:b/>
              </w:rPr>
              <w:t>品質管理</w:t>
            </w:r>
          </w:p>
        </w:tc>
        <w:tc>
          <w:tcPr>
            <w:tcW w:type="dxa" w:w="7370"/>
            <w:vAlign w:val="center"/>
          </w:tcPr>
          <w:p>
            <w:r>
              <w:t>［検査・写真・記録等の担当内容］</w:t>
            </w:r>
          </w:p>
        </w:tc>
      </w:tr>
      <w:tr>
        <w:trPr>
          <w:cantSplit/>
        </w:trPr>
        <w:tc>
          <w:tcPr>
            <w:tcW w:type="dxa" w:w="2268"/>
            <w:vAlign w:val="center"/>
          </w:tcPr>
          <w:p>
            <w:r>
              <w:rPr>
                <w:b/>
              </w:rPr>
              <w:t>安全管理</w:t>
            </w:r>
          </w:p>
        </w:tc>
        <w:tc>
          <w:tcPr>
            <w:tcW w:type="dxa" w:w="7370"/>
            <w:vAlign w:val="center"/>
          </w:tcPr>
          <w:p>
            <w:r>
              <w:t>［巡回・協議・書類等の担当内容］</w:t>
            </w:r>
          </w:p>
        </w:tc>
      </w:tr>
      <w:tr>
        <w:trPr>
          <w:cantSplit/>
        </w:trPr>
        <w:tc>
          <w:tcPr>
            <w:tcW w:type="dxa" w:w="2268"/>
            <w:vAlign w:val="center"/>
          </w:tcPr>
          <w:p>
            <w:r>
              <w:rPr>
                <w:b/>
              </w:rPr>
              <w:t>原価管理</w:t>
            </w:r>
          </w:p>
        </w:tc>
        <w:tc>
          <w:tcPr>
            <w:tcW w:type="dxa" w:w="7370"/>
            <w:vAlign w:val="center"/>
          </w:tcPr>
          <w:p>
            <w:r>
              <w:t>［予算・見積り等の範囲。経験がなければ未担当］</w:t>
            </w:r>
          </w:p>
        </w:tc>
      </w:tr>
      <w:tr>
        <w:trPr>
          <w:cantSplit/>
        </w:trPr>
        <w:tc>
          <w:tcPr>
            <w:tcW w:type="dxa" w:w="2268"/>
            <w:vAlign w:val="center"/>
          </w:tcPr>
          <w:p>
            <w:r>
              <w:rPr>
                <w:b/>
              </w:rPr>
              <w:t>課題と対応</w:t>
            </w:r>
          </w:p>
        </w:tc>
        <w:tc>
          <w:tcPr>
            <w:tcW w:type="dxa" w:w="7370"/>
            <w:vAlign w:val="center"/>
          </w:tcPr>
          <w:p>
            <w:r>
              <w:t>［課題／自分が行ったこと／確認できる結果］</w:t>
            </w:r>
          </w:p>
        </w:tc>
      </w:tr>
    </w:tbl>
    <w:p>
      <w:r>
        <w:t>主要な現場ごとに表をコピーして使ってください。顧客名・請負額等の守秘情報は社内ルールに従い匿名化・省略します。工事全体の成果と本人の担当を区別します。</w:t>
      </w:r>
    </w:p>
    <w:p>
      <w:pPr>
        <w:pStyle w:val="Heading1"/>
      </w:pPr>
      <w:r>
        <w:t>資格と使用ツール</w:t>
      </w:r>
    </w:p>
    <w:p>
      <w:r>
        <w:t>［資格の正式名称・取得年月。技士と技士補、取得予定と取得済みを区別］</w:t>
      </w:r>
    </w:p>
    <w:p>
      <w:r>
        <w:t>［CAD・写真管理・工程管理等のツール名と使用内容］</w:t>
      </w:r>
    </w:p>
    <w:p>
      <w:pPr>
        <w:pStyle w:val="Heading1"/>
      </w:pPr>
      <w:r>
        <w:t>自己PR</w:t>
      </w:r>
    </w:p>
    <w:p>
      <w:r>
        <w:t>［応募先に関連する経験／自分が取った行動／確認できる結果／活かしたい仕事］</w:t>
      </w:r>
    </w:p>
    <w:p>
      <w:r>
        <w:t>この様式は転職用です。技術検定の実務経験証明や建設業許可等の公式書類に代わるものではありません。記入案内：https://sekokanjob.net/career/1062</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Hiragino Kaku Gothic ProN" w:hAnsi="Hiragino Kaku Gothic ProN" w:eastAsia="Hiragino Kaku Gothic Pro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Hiragino Kaku Gothic ProN" w:hAnsi="Hiragino Kaku Gothic ProN" w:eastAsia="Hiragino Kaku Gothic Pro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Hiragino Kaku Gothic ProN" w:hAnsi="Hiragino Kaku Gothic ProN" w:eastAsia="Hiragino Kaku Gothic Pro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Hiragino Kaku Gothic ProN" w:hAnsi="Hiragino Kaku Gothic ProN" w:eastAsia="Hiragino Kaku Gothic ProN"/>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施工管理の職務経歴書</dc:title>
  <dc:subject>転職用の職務経歴書 記入テンプレート</dc:subject>
  <dc:creator>セコカンjob編集部</dc:creator>
  <cp:keywords/>
  <dc:description>generated by python-docx</dc:description>
  <cp:lastModifiedBy/>
  <cp:revision>1</cp:revision>
  <dcterms:created xsi:type="dcterms:W3CDTF">2013-12-23T23:15:00Z</dcterms:created>
  <dcterms:modified xsi:type="dcterms:W3CDTF">2013-12-23T23:15:00Z</dcterms:modified>
  <cp:category/>
</cp:coreProperties>
</file>